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4"/>
        </w:rPr>
        <w:t>FORMULAR FÜR DEN WIDERRUF EINES FERNABSATZVERTRAGS ODER EINES AUSSERHALB VON GESCHÄFTSRÄUMEN GESCHLOSSENEN VERTRAGS</w:t>
      </w:r>
    </w:p>
    <w:p>
      <w:pPr>
        <w:jc w:val="center"/>
      </w:pPr>
      <w:r>
        <w:t>www.mirael3d.at</w:t>
      </w:r>
    </w:p>
    <w:p>
      <w:pPr>
        <w:jc w:val="center"/>
      </w:pPr>
      <w:r>
        <w:t>(Füllen Sie dieses Formular nur aus und senden Sie es zurück, wenn Sie einen Fernabsatzvertrag oder einen außerhalb von Geschäftsräumen geschlossenen Vertrag widerrufen möchten.)</w:t>
      </w:r>
    </w:p>
    <w:p>
      <w:pPr>
        <w:spacing w:before="140"/>
      </w:pPr>
      <w:r>
        <w:rPr>
          <w:b/>
        </w:rPr>
        <w:t>1. An:</w:t>
      </w:r>
    </w:p>
    <w:p>
      <w:r>
        <w:t>MIRAEL s. r. o., Lieskova 676/2, 900 43 Hamuliakovo, Slowakische Republik</w:t>
      </w:r>
    </w:p>
    <w:p>
      <w:r>
        <w:t>E-Mail: info@mirael3d.at</w:t>
      </w:r>
    </w:p>
    <w:p>
      <w:pPr>
        <w:spacing w:before="140"/>
      </w:pPr>
      <w:r>
        <w:rPr>
          <w:b/>
        </w:rPr>
        <w:t>2. Erklärung:</w:t>
      </w:r>
    </w:p>
    <w:p>
      <w:r>
        <w:t>Hiermit teile ich/teilen wir* mit, dass ich/wir* den Vertrag über die Lieferung oder Bereitstellung des folgenden Produkts widerrufe/widerrufen*:</w:t>
      </w:r>
    </w:p>
    <w:p>
      <w:r>
        <w:t>________________________________________________________________________</w:t>
      </w:r>
    </w:p>
    <w:p>
      <w:pPr>
        <w:spacing w:before="140"/>
      </w:pPr>
      <w:r>
        <w:rPr>
          <w:b/>
        </w:rPr>
        <w:t>3. Bestelldatum/Empfangsdatum*:</w:t>
      </w:r>
    </w:p>
    <w:p>
      <w:r>
        <w:t>____________________________</w:t>
      </w:r>
    </w:p>
    <w:p>
      <w:r>
        <w:t>Bestellnummer (freiwillig): ____________________________</w:t>
      </w:r>
    </w:p>
    <w:p>
      <w:pPr>
        <w:spacing w:before="140"/>
      </w:pPr>
      <w:r>
        <w:rPr>
          <w:b/>
        </w:rPr>
        <w:t>4. Vor- und Nachname des Verbrauchers/der Verbraucher*:</w:t>
      </w:r>
    </w:p>
    <w:p>
      <w:r>
        <w:t>________________________________________________________________________</w:t>
      </w:r>
    </w:p>
    <w:p>
      <w:pPr>
        <w:spacing w:before="140"/>
      </w:pPr>
      <w:r>
        <w:rPr>
          <w:b/>
        </w:rPr>
        <w:t>5. Anschrift des Verbrauchers/der Verbraucher*:</w:t>
      </w:r>
    </w:p>
    <w:p>
      <w:r>
        <w:t>________________________________________________________________________</w:t>
      </w:r>
    </w:p>
    <w:p>
      <w:pPr>
        <w:spacing w:before="140"/>
      </w:pPr>
      <w:r>
        <w:rPr>
          <w:b/>
        </w:rPr>
        <w:t>6. Unterschrift des Verbrauchers/der Verbraucher*:</w:t>
      </w:r>
    </w:p>
    <w:p>
      <w:r>
        <w:t>(nur bei Mitteilung auf Papier)</w:t>
      </w:r>
    </w:p>
    <w:p>
      <w:r>
        <w:t>________________________________________________________________________</w:t>
      </w:r>
    </w:p>
    <w:p>
      <w:pPr>
        <w:spacing w:before="140"/>
      </w:pPr>
      <w:r>
        <w:rPr>
          <w:b/>
        </w:rPr>
        <w:t>7. Datum:</w:t>
      </w:r>
    </w:p>
    <w:p>
      <w:r>
        <w:t>____________________________</w:t>
      </w:r>
    </w:p>
    <w:p>
      <w:pPr>
        <w:spacing w:before="140"/>
      </w:pPr>
      <w:r>
        <w:rPr>
          <w:b/>
        </w:rPr>
        <w:t>8. Freiwillige Angabe:</w:t>
      </w:r>
    </w:p>
    <w:p>
      <w:r>
        <w:t>Wir erstatten die Zahlung auf demselben Zahlungsweg, den Sie bei der Zahlung verwendet haben. Wenn Sie ausdrücklich eine Rückerstattung auf ein Bankkonto wünschen, geben Sie bitte dessen IBAN an:</w:t>
      </w:r>
    </w:p>
    <w:p>
      <w:r>
        <w:t>IBAN: _________________________________________________________________</w:t>
      </w:r>
    </w:p>
    <w:p>
      <w:r>
        <w:t>* Nichtzutreffendes streichen.</w:t>
      </w:r>
    </w:p>
    <w:sectPr w:rsidR="00FC693F" w:rsidRPr="0006063C" w:rsidSect="00034616">
      <w:pgSz w:w="12240" w:h="15840"/>
      <w:pgMar w:top="1020" w:right="1247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